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870F2C"/>
          <w:sz w:val="32"/>
        </w:rPr>
        <w:t>AA FINANCING, INC.</w:t>
      </w:r>
    </w:p>
    <w:p>
      <w:pPr>
        <w:jc w:val="center"/>
      </w:pPr>
      <w:r>
        <w:rPr>
          <w:b/>
          <w:sz w:val="26"/>
        </w:rPr>
        <w:t>GENERAL BORROWER INFORMATION FORM</w:t>
      </w:r>
    </w:p>
    <w:p>
      <w:pPr>
        <w:jc w:val="center"/>
      </w:pPr>
      <w:r>
        <w:rPr>
          <w:i/>
          <w:sz w:val="18"/>
        </w:rPr>
        <w:t>Preparation draft • Educators and international teachers • Not a loan offer</w:t>
      </w:r>
    </w:p>
    <w:p>
      <w:r>
        <w:t>For preliminary information gathering only. Submission does not establish eligibility, approval, or availability of lending in any jurisdiction.</w:t>
      </w:r>
    </w:p>
    <w:p>
      <w:r>
        <w:rPr>
          <w:b/>
          <w:color w:val="870F2C"/>
          <w:sz w:val="22"/>
        </w:rPr>
        <w:t>1  Applicant information</w:t>
      </w:r>
    </w:p>
    <w:p>
      <w:r>
        <w:t>Full legal name:  __________________________________________________________</w:t>
      </w:r>
    </w:p>
    <w:p>
      <w:r>
        <w:t>Preferred name (optional):  __________________________________________________________</w:t>
      </w:r>
    </w:p>
    <w:p>
      <w:r>
        <w:t>Date of birth (if requested securely):  __________________________________________________________</w:t>
      </w:r>
    </w:p>
    <w:p>
      <w:r>
        <w:t>Email address:  __________________________________________________________</w:t>
      </w:r>
    </w:p>
    <w:p>
      <w:r>
        <w:t>Telephone / WhatsApp:  __________________________________________________________</w:t>
      </w:r>
    </w:p>
    <w:p>
      <w:r>
        <w:t>Current country:  __________________________________________________________</w:t>
      </w:r>
    </w:p>
    <w:p>
      <w:r>
        <w:t>State / province / region:  __________________________________________________________</w:t>
      </w:r>
    </w:p>
    <w:p>
      <w:r>
        <w:t>City / municipality:  __________________________________________________________</w:t>
      </w:r>
    </w:p>
    <w:p>
      <w:r>
        <w:t>Current residential address:  __________________________________________________________</w:t>
      </w:r>
    </w:p>
    <w:p>
      <w:r>
        <w:rPr>
          <w:b/>
          <w:color w:val="870F2C"/>
          <w:sz w:val="22"/>
        </w:rPr>
        <w:t>2  Employment and relocation</w:t>
      </w:r>
    </w:p>
    <w:p>
      <w:r>
        <w:t>Occupation / teaching position:  __________________________________________________________</w:t>
      </w:r>
    </w:p>
    <w:p>
      <w:r>
        <w:t>Employer or school district:  __________________________________________________________</w:t>
      </w:r>
    </w:p>
    <w:p>
      <w:r>
        <w:t>Country where currently employed:  __________________________________________________________</w:t>
      </w:r>
    </w:p>
    <w:p>
      <w:r>
        <w:t>Country / state where employment is planned:  __________________________________________________________</w:t>
      </w:r>
    </w:p>
    <w:p>
      <w:r>
        <w:t>Monthly or annual income (specify currency):  __________________________________________________________</w:t>
      </w:r>
    </w:p>
    <w:p>
      <w:r>
        <w:t>Employment start date (if applicable):  __________________________________________________________</w:t>
      </w:r>
    </w:p>
    <w:p>
      <w:r>
        <w:t>Current U.S. status (if applicable):  ☐ J-1   ☐ H-1B   ☐ Permanent resident   ☐ U.S. citizen   ☐ Pending   ☐ Other   ☐ N/A</w:t>
      </w:r>
    </w:p>
    <w:p>
      <w:r>
        <w:rPr>
          <w:b/>
          <w:color w:val="870F2C"/>
          <w:sz w:val="22"/>
        </w:rPr>
        <w:t>3  Requested financing</w:t>
      </w:r>
    </w:p>
    <w:p>
      <w:r>
        <w:t>Amount requested (include currency):  __________________________________________________________</w:t>
      </w:r>
    </w:p>
    <w:p>
      <w:r>
        <w:t>Intended purpose:  __________________________________________________________</w:t>
      </w:r>
    </w:p>
    <w:p>
      <w:r>
        <w:t>When funds may be needed:  __________________________________________________________</w:t>
      </w:r>
    </w:p>
    <w:p>
      <w:r>
        <w:t>Preferred contact method:  __________________________________________________________</w:t>
      </w:r>
    </w:p>
    <w:p>
      <w:r>
        <w:rPr>
          <w:b/>
          <w:color w:val="870F2C"/>
          <w:sz w:val="22"/>
        </w:rPr>
        <w:t>4  Applicant acknowledgment</w:t>
      </w:r>
    </w:p>
    <w:p>
      <w:r>
        <w:t>I confirm that the information I provided is accurate to the best of my knowledge. I understand this is an information form only, does not authorize a credit report, and is not an offer or approval of credit. Any future application, document request, or loan transaction is subject to applicable law, licensing, eligibility, and separate disclosures.</w:t>
      </w:r>
    </w:p>
    <w:p>
      <w:r>
        <w:t>Applicant signature (if requested):  __________________________________________________________</w:t>
      </w:r>
    </w:p>
    <w:p>
      <w:r>
        <w:t>Date:  __________________________________________________________</w:t>
      </w:r>
    </w:p>
    <w:p>
      <w:r>
        <w:t>IMPORTANT: Do not email SSNs, bank account numbers, passport scans, or identity documents using ordinary email. Provide sensitive information only through an approved secure process.</w:t>
      </w:r>
    </w:p>
    <w:sectPr w:rsidR="00FC693F" w:rsidRPr="0006063C" w:rsidSect="00034616">
      <w:pgSz w:w="12240" w:h="15840"/>
      <w:pgMar w:top="936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